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stTitle"/>
      </w:pPr>
      <w:r>
        <w:t>Open DOCX Compatibility Test</w:t>
      </w:r>
    </w:p>
    <w:p>
      <w:r>
        <w:t>A small original document for checking whether a WordCraft edit survives DOCX handoff to another editor. It contains no personal or proprietary material.</w:t>
      </w:r>
    </w:p>
    <w:p>
      <w:r>
        <w:rPr>
          <w:b/>
        </w:rPr>
        <w:t xml:space="preserve">Handoff status: </w:t>
      </w:r>
      <w:r>
        <w:t>Draft</w:t>
      </w:r>
      <w:r>
        <w:t>. The receiving editor should display Reviewed after the test edit.</w:t>
      </w:r>
    </w:p>
    <w:p>
      <w:r>
        <w:t>Body font check: this sentence uses Arial 10.5 pt. Its wording and line breaks should remain readable after the exchange.</w:t>
      </w:r>
    </w:p>
    <w:p>
      <w:r>
        <w:rPr>
          <w:b/>
        </w:rPr>
        <w:t xml:space="preserve">Emphasis check: </w:t>
      </w:r>
      <w:r>
        <w:rPr>
          <w:b/>
        </w:rPr>
        <w:t>bold stays bold</w:t>
      </w:r>
      <w:r>
        <w:t xml:space="preserve"> and </w:t>
      </w:r>
      <w:r>
        <w:rPr>
          <w:i/>
        </w:rPr>
        <w:t>italic stays italic</w:t>
      </w:r>
      <w:r>
        <w:t>.</w:t>
      </w:r>
    </w:p>
    <w:p>
      <w:pPr>
        <w:pStyle w:val="Heading1"/>
      </w:pPr>
      <w:r>
        <w:t>Table Check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016"/>
          </w:tcPr>
          <w:p>
            <w:r>
              <w:rPr>
                <w:rFonts w:ascii="Arial" w:hAnsi="Arial"/>
                <w:sz w:val="18"/>
              </w:rPr>
              <w:t>Item</w:t>
            </w:r>
          </w:p>
        </w:tc>
        <w:tc>
          <w:tcPr>
            <w:tcW w:type="dxa" w:w="3024"/>
          </w:tcPr>
          <w:p>
            <w:r>
              <w:rPr>
                <w:rFonts w:ascii="Arial" w:hAnsi="Arial"/>
                <w:sz w:val="18"/>
              </w:rPr>
              <w:t>Sample value</w:t>
            </w:r>
          </w:p>
        </w:tc>
        <w:tc>
          <w:tcPr>
            <w:tcW w:type="dxa" w:w="4464"/>
          </w:tcPr>
          <w:p>
            <w:r>
              <w:rPr>
                <w:rFonts w:ascii="Arial" w:hAnsi="Arial"/>
                <w:sz w:val="18"/>
              </w:rPr>
              <w:t>Expected handoff</w:t>
            </w:r>
          </w:p>
        </w:tc>
      </w:tr>
      <w:tr>
        <w:tc>
          <w:tcPr>
            <w:tcW w:type="dxa" w:w="2016"/>
          </w:tcPr>
          <w:p>
            <w:r>
              <w:rPr>
                <w:rFonts w:ascii="Arial" w:hAnsi="Arial"/>
                <w:sz w:val="18"/>
              </w:rPr>
              <w:t>Invoice total</w:t>
            </w:r>
          </w:p>
        </w:tc>
        <w:tc>
          <w:tcPr>
            <w:tcW w:type="dxa" w:w="3024"/>
          </w:tcPr>
          <w:p>
            <w:r>
              <w:rPr>
                <w:rFonts w:ascii="Arial" w:hAnsi="Arial"/>
                <w:sz w:val="18"/>
              </w:rPr>
              <w:t>EUR 1,248.50</w:t>
            </w:r>
          </w:p>
        </w:tc>
        <w:tc>
          <w:tcPr>
            <w:tcW w:type="dxa" w:w="4464"/>
          </w:tcPr>
          <w:p>
            <w:r>
              <w:rPr>
                <w:rFonts w:ascii="Arial" w:hAnsi="Arial"/>
                <w:sz w:val="18"/>
              </w:rPr>
              <w:t>Digits, comma and decimal point remain intact</w:t>
            </w:r>
          </w:p>
        </w:tc>
      </w:tr>
      <w:tr>
        <w:tc>
          <w:tcPr>
            <w:tcW w:type="dxa" w:w="2016"/>
          </w:tcPr>
          <w:p>
            <w:r>
              <w:rPr>
                <w:rFonts w:ascii="Arial" w:hAnsi="Arial"/>
                <w:sz w:val="18"/>
              </w:rPr>
              <w:t>Deadline</w:t>
            </w:r>
          </w:p>
        </w:tc>
        <w:tc>
          <w:tcPr>
            <w:tcW w:type="dxa" w:w="3024"/>
          </w:tcPr>
          <w:p>
            <w:r>
              <w:rPr>
                <w:rFonts w:ascii="Arial" w:hAnsi="Arial"/>
                <w:sz w:val="18"/>
              </w:rPr>
              <w:t>27 October 2026</w:t>
            </w:r>
          </w:p>
        </w:tc>
        <w:tc>
          <w:tcPr>
            <w:tcW w:type="dxa" w:w="4464"/>
          </w:tcPr>
          <w:p>
            <w:r>
              <w:rPr>
                <w:rFonts w:ascii="Arial" w:hAnsi="Arial"/>
                <w:sz w:val="18"/>
              </w:rPr>
              <w:t>Date stays in the same row</w:t>
            </w:r>
          </w:p>
        </w:tc>
      </w:tr>
      <w:tr>
        <w:tc>
          <w:tcPr>
            <w:tcW w:type="dxa" w:w="2016"/>
          </w:tcPr>
          <w:p>
            <w:r>
              <w:rPr>
                <w:rFonts w:ascii="Arial" w:hAnsi="Arial"/>
                <w:sz w:val="18"/>
              </w:rPr>
              <w:t>Owner</w:t>
            </w:r>
          </w:p>
        </w:tc>
        <w:tc>
          <w:tcPr>
            <w:tcW w:type="dxa" w:w="3024"/>
          </w:tcPr>
          <w:p>
            <w:r>
              <w:rPr>
                <w:rFonts w:ascii="Arial" w:hAnsi="Arial"/>
                <w:sz w:val="18"/>
              </w:rPr>
              <w:t>Team Delta</w:t>
            </w:r>
          </w:p>
        </w:tc>
        <w:tc>
          <w:tcPr>
            <w:tcW w:type="dxa" w:w="4464"/>
          </w:tcPr>
          <w:p>
            <w:r>
              <w:rPr>
                <w:rFonts w:ascii="Arial" w:hAnsi="Arial"/>
                <w:sz w:val="18"/>
              </w:rPr>
              <w:t>No row or column is lost</w:t>
            </w:r>
          </w:p>
        </w:tc>
      </w:tr>
      <w:tr>
        <w:tc>
          <w:tcPr>
            <w:tcW w:type="dxa" w:w="2016"/>
          </w:tcPr>
          <w:p>
            <w:r>
              <w:rPr>
                <w:rFonts w:ascii="Arial" w:hAnsi="Arial"/>
                <w:sz w:val="18"/>
              </w:rPr>
              <w:t>Accents</w:t>
            </w:r>
          </w:p>
        </w:tc>
        <w:tc>
          <w:tcPr>
            <w:tcW w:type="dxa" w:w="3024"/>
          </w:tcPr>
          <w:p>
            <w:r>
              <w:rPr>
                <w:rFonts w:ascii="Arial" w:hAnsi="Arial"/>
                <w:sz w:val="18"/>
              </w:rPr>
              <w:t>Résumé / café</w:t>
            </w:r>
          </w:p>
        </w:tc>
        <w:tc>
          <w:tcPr>
            <w:tcW w:type="dxa" w:w="4464"/>
          </w:tcPr>
          <w:p>
            <w:r>
              <w:rPr>
                <w:rFonts w:ascii="Arial" w:hAnsi="Arial"/>
                <w:sz w:val="18"/>
              </w:rPr>
              <w:t>Accented Latin letters remain readable</w:t>
            </w:r>
          </w:p>
        </w:tc>
      </w:tr>
    </w:tbl>
    <w:p>
      <w:r>
        <w:t>The table has a header row and four data rows. Each value is synthetic and may be freely reused for this test.</w:t>
      </w:r>
    </w:p>
    <w:p>
      <w:r>
        <w:br w:type="page"/>
      </w:r>
    </w:p>
    <w:p>
      <w:pPr>
        <w:pStyle w:val="Heading1"/>
      </w:pPr>
      <w:r>
        <w:t>Exchange Checklist</w:t>
      </w:r>
    </w:p>
    <w:p>
      <w:pPr>
        <w:pStyle w:val="ListBullet"/>
      </w:pPr>
      <w:r>
        <w:t>Keep the original file and edit a copy.</w:t>
      </w:r>
    </w:p>
    <w:p>
      <w:pPr>
        <w:pStyle w:val="ListBullet"/>
      </w:pPr>
      <w:r>
        <w:t>Save the edited copy in DOCX format.</w:t>
      </w:r>
    </w:p>
    <w:p>
      <w:pPr>
        <w:pStyle w:val="ListBullet"/>
      </w:pPr>
      <w:r>
        <w:t>Open that copy in the receiving editor.</w:t>
      </w:r>
    </w:p>
    <w:p>
      <w:pPr>
        <w:pStyle w:val="ListBullet"/>
      </w:pPr>
      <w:r>
        <w:t>Check page count, header, table, fonts and comment.</w:t>
      </w:r>
    </w:p>
    <w:p>
      <w:commentRangeStart w:id="0"/>
      <w:r>
        <w:t>Recipient check: verify that the comment remains attached to this paragraph and that the table values on the first page did not move.</w:t>
      </w:r>
      <w:commentRangeEnd w:id="0"/>
      <w:r>
        <w:commentReference w:id="0"/>
      </w:r>
    </w:p>
    <w:p>
      <w:r>
        <w:t>This second page is intentionally separated by a page break. The expected baseline is two pages in the reference rendering; a receiving application may paginate differently because fonts and layout engines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96" w:bottom="1181" w:left="1296" w:header="518" w:footer="518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>
  <w:comment w:id="0" w:author="Test Author" w:date="2026-10-27T07:27:58Z">
    <w:p>
      <w:r>
        <w:t>Please confirm the DOCX handoff in the receiving editor.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Test fixture 2026-10-27 | no private content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Open DOCX compatibility test | original public fixture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stTitle">
    <w:name w:val="Test Title"/>
    <w:pPr>
      <w:spacing w:after="280"/>
    </w:pPr>
    <w:rPr>
      <w:rFonts w:ascii="Arial" w:hAnsi="Arial"/>
      <w:b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